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2CCD3" w14:textId="73777195" w:rsidR="00292129" w:rsidRDefault="0028148E">
      <w:pPr>
        <w:spacing w:after="20"/>
        <w:jc w:val="center"/>
        <w:rPr>
          <w:rFonts w:ascii="Aptos Display" w:hAnsi="Aptos Display"/>
          <w:b/>
          <w:color w:val="123F70"/>
          <w:sz w:val="50"/>
          <w:szCs w:val="50"/>
        </w:rPr>
      </w:pPr>
      <w:r>
        <w:rPr>
          <w:rFonts w:ascii="Aptos Display" w:hAnsi="Aptos Display"/>
          <w:b/>
          <w:noProof/>
          <w:color w:val="123F70"/>
          <w:sz w:val="50"/>
          <w:szCs w:val="50"/>
        </w:rPr>
        <w:drawing>
          <wp:anchor distT="0" distB="0" distL="114300" distR="114300" simplePos="0" relativeHeight="251658240" behindDoc="1" locked="0" layoutInCell="1" allowOverlap="1" wp14:anchorId="484D4D53" wp14:editId="52361B70">
            <wp:simplePos x="0" y="0"/>
            <wp:positionH relativeFrom="column">
              <wp:posOffset>295977</wp:posOffset>
            </wp:positionH>
            <wp:positionV relativeFrom="paragraph">
              <wp:posOffset>4813</wp:posOffset>
            </wp:positionV>
            <wp:extent cx="1203158" cy="662044"/>
            <wp:effectExtent l="0" t="0" r="3810" b="0"/>
            <wp:wrapNone/>
            <wp:docPr id="379466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66307" name="Picture 3794663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8361" cy="675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2131" w:rsidRPr="0961EF24">
        <w:rPr>
          <w:rFonts w:ascii="Aptos Display" w:hAnsi="Aptos Display"/>
          <w:b/>
          <w:color w:val="123F70"/>
          <w:sz w:val="50"/>
          <w:szCs w:val="50"/>
        </w:rPr>
        <w:t>Language Ability Map</w:t>
      </w:r>
    </w:p>
    <w:p w14:paraId="13C8A55A" w14:textId="77777777" w:rsidR="00292129" w:rsidRDefault="00A72131">
      <w:pPr>
        <w:spacing w:after="100"/>
        <w:jc w:val="center"/>
      </w:pPr>
      <w:r>
        <w:rPr>
          <w:rFonts w:ascii="Aptos" w:hAnsi="Aptos"/>
          <w:color w:val="4E789B"/>
          <w:sz w:val="20"/>
        </w:rPr>
        <w:t>Track learners’ strengths and areas for growth across four language skills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292129" w14:paraId="1F070FB0" w14:textId="77777777">
        <w:trPr>
          <w:cantSplit/>
          <w:jc w:val="center"/>
        </w:trPr>
        <w:tc>
          <w:tcPr>
            <w:tcW w:w="7344" w:type="dxa"/>
            <w:tcBorders>
              <w:top w:val="single" w:sz="6" w:space="0" w:color="C8E0F0"/>
              <w:left w:val="single" w:sz="6" w:space="0" w:color="C8E0F0"/>
              <w:bottom w:val="single" w:sz="6" w:space="0" w:color="C8E0F0"/>
              <w:right w:val="single" w:sz="6" w:space="0" w:color="C8E0F0"/>
            </w:tcBorders>
            <w:shd w:val="clear" w:color="auto" w:fill="EAF4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7C3A5A" w14:textId="2CE3FB6D" w:rsidR="00292129" w:rsidRDefault="00992606">
            <w:pPr>
              <w:spacing w:after="0"/>
            </w:pPr>
            <w:r>
              <w:rPr>
                <w:rFonts w:ascii="Aptos" w:hAnsi="Aptos"/>
                <w:b/>
                <w:color w:val="123F70"/>
                <w:sz w:val="18"/>
              </w:rPr>
              <w:t>Class</w:t>
            </w:r>
            <w:r w:rsidR="00A72131">
              <w:rPr>
                <w:rFonts w:ascii="Aptos" w:hAnsi="Aptos"/>
                <w:b/>
                <w:color w:val="123F70"/>
                <w:sz w:val="18"/>
              </w:rPr>
              <w:t>: ________________________________</w:t>
            </w:r>
          </w:p>
        </w:tc>
        <w:tc>
          <w:tcPr>
            <w:tcW w:w="7344" w:type="dxa"/>
            <w:tcBorders>
              <w:top w:val="single" w:sz="6" w:space="0" w:color="C8E0F0"/>
              <w:left w:val="single" w:sz="6" w:space="0" w:color="C8E0F0"/>
              <w:bottom w:val="single" w:sz="6" w:space="0" w:color="C8E0F0"/>
              <w:right w:val="single" w:sz="6" w:space="0" w:color="C8E0F0"/>
            </w:tcBorders>
            <w:shd w:val="clear" w:color="auto" w:fill="EAF4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D73B34" w14:textId="77777777" w:rsidR="00292129" w:rsidRDefault="00A72131">
            <w:pPr>
              <w:spacing w:after="0"/>
            </w:pPr>
            <w:r>
              <w:rPr>
                <w:rFonts w:ascii="Aptos" w:hAnsi="Aptos"/>
                <w:b/>
                <w:color w:val="123F70"/>
                <w:sz w:val="18"/>
              </w:rPr>
              <w:t>Date: ____________________</w:t>
            </w:r>
          </w:p>
        </w:tc>
      </w:tr>
    </w:tbl>
    <w:p w14:paraId="6CF18596" w14:textId="77777777" w:rsidR="00292129" w:rsidRDefault="00292129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  <w:gridCol w:w="3600"/>
      </w:tblGrid>
      <w:tr w:rsidR="00292129" w14:paraId="449EAD5F" w14:textId="77777777" w:rsidTr="00DD610C">
        <w:trPr>
          <w:cantSplit/>
          <w:jc w:val="center"/>
        </w:trPr>
        <w:tc>
          <w:tcPr>
            <w:tcW w:w="3600" w:type="dxa"/>
            <w:tcBorders>
              <w:top w:val="single" w:sz="8" w:space="0" w:color="1FA7A0"/>
              <w:left w:val="single" w:sz="8" w:space="0" w:color="FFFFFF"/>
              <w:bottom w:val="single" w:sz="8" w:space="0" w:color="1FA7A0"/>
              <w:right w:val="single" w:sz="8" w:space="0" w:color="FFFFFF"/>
            </w:tcBorders>
            <w:shd w:val="clear" w:color="auto" w:fill="4E97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EC39B" w14:textId="77777777" w:rsidR="00292129" w:rsidRDefault="00A72131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Reading</w:t>
            </w:r>
          </w:p>
        </w:tc>
        <w:tc>
          <w:tcPr>
            <w:tcW w:w="3600" w:type="dxa"/>
            <w:tcBorders>
              <w:top w:val="single" w:sz="8" w:space="0" w:color="8C69C6"/>
              <w:left w:val="single" w:sz="8" w:space="0" w:color="FFFFFF"/>
              <w:bottom w:val="single" w:sz="8" w:space="0" w:color="8C69C6"/>
              <w:right w:val="single" w:sz="8" w:space="0" w:color="FFFFFF"/>
            </w:tcBorders>
            <w:shd w:val="clear" w:color="auto" w:fill="F179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2CB61" w14:textId="77777777" w:rsidR="00292129" w:rsidRDefault="00A72131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Writing</w:t>
            </w:r>
          </w:p>
        </w:tc>
        <w:tc>
          <w:tcPr>
            <w:tcW w:w="3600" w:type="dxa"/>
            <w:tcBorders>
              <w:top w:val="single" w:sz="8" w:space="0" w:color="F4B323"/>
              <w:left w:val="single" w:sz="8" w:space="0" w:color="FFFFFF"/>
              <w:bottom w:val="single" w:sz="8" w:space="0" w:color="F4B323"/>
              <w:right w:val="single" w:sz="8" w:space="0" w:color="FFFFFF"/>
            </w:tcBorders>
            <w:shd w:val="clear" w:color="auto" w:fill="AA634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11950" w14:textId="77777777" w:rsidR="00292129" w:rsidRDefault="00A72131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Listening</w:t>
            </w:r>
          </w:p>
        </w:tc>
        <w:tc>
          <w:tcPr>
            <w:tcW w:w="3600" w:type="dxa"/>
            <w:tcBorders>
              <w:top w:val="single" w:sz="8" w:space="0" w:color="5A9DDB"/>
              <w:left w:val="single" w:sz="8" w:space="0" w:color="FFFFFF"/>
              <w:bottom w:val="single" w:sz="8" w:space="0" w:color="5A9DDB"/>
              <w:right w:val="single" w:sz="8" w:space="0" w:color="FFFFFF"/>
            </w:tcBorders>
            <w:shd w:val="clear" w:color="auto" w:fill="99CEC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4DA11" w14:textId="77777777" w:rsidR="00292129" w:rsidRDefault="00A72131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Speaking</w:t>
            </w:r>
          </w:p>
        </w:tc>
      </w:tr>
      <w:tr w:rsidR="00292129" w14:paraId="2B318DD6" w14:textId="77777777" w:rsidTr="00DD610C">
        <w:trPr>
          <w:cantSplit/>
          <w:jc w:val="center"/>
        </w:trPr>
        <w:tc>
          <w:tcPr>
            <w:tcW w:w="3600" w:type="dxa"/>
            <w:tcBorders>
              <w:top w:val="single" w:sz="8" w:space="0" w:color="1FA7A0"/>
              <w:left w:val="single" w:sz="8" w:space="0" w:color="FFFFFF"/>
              <w:bottom w:val="single" w:sz="8" w:space="0" w:color="1FA7A0"/>
              <w:right w:val="single" w:sz="8" w:space="0" w:color="FFFFFF"/>
            </w:tcBorders>
            <w:shd w:val="clear" w:color="auto" w:fill="F2F8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DE45" w14:textId="77777777" w:rsidR="00292129" w:rsidRDefault="00A72131">
            <w:pPr>
              <w:spacing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STRONG</w:t>
            </w:r>
          </w:p>
          <w:p w14:paraId="0FF4BED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3B4A9D78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3887CA21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4C621D0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6B010CA7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224F64D2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5ADB9365" w14:textId="77777777" w:rsidR="00292129" w:rsidRDefault="00A72131">
            <w:pPr>
              <w:spacing w:before="60"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GROWTH</w:t>
            </w:r>
          </w:p>
          <w:p w14:paraId="34B271FE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3CCBF11E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76EDEF8D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210BE464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6045A705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  <w:p w14:paraId="6B254AB9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1FA7A0"/>
                <w:sz w:val="17"/>
              </w:rPr>
              <w:t>________________________________</w:t>
            </w:r>
          </w:p>
        </w:tc>
        <w:tc>
          <w:tcPr>
            <w:tcW w:w="3600" w:type="dxa"/>
            <w:tcBorders>
              <w:top w:val="single" w:sz="8" w:space="0" w:color="8C69C6"/>
              <w:left w:val="single" w:sz="8" w:space="0" w:color="FFFFFF"/>
              <w:bottom w:val="single" w:sz="8" w:space="0" w:color="8C69C6"/>
              <w:right w:val="single" w:sz="8" w:space="0" w:color="FFFFFF"/>
            </w:tcBorders>
            <w:shd w:val="clear" w:color="auto" w:fill="FCDFE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0883B" w14:textId="77777777" w:rsidR="00292129" w:rsidRDefault="00A72131">
            <w:pPr>
              <w:spacing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STRONG</w:t>
            </w:r>
          </w:p>
          <w:p w14:paraId="5F66FDFF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0D2B132E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488B82A2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2B1F6029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6DB8E088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688AA0DD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294A2803" w14:textId="77777777" w:rsidR="00292129" w:rsidRDefault="00A72131">
            <w:pPr>
              <w:spacing w:before="60"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GROWTH</w:t>
            </w:r>
          </w:p>
          <w:p w14:paraId="1CEDB9E2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6700CED1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250B1F37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36B93B0D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7B1B32C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  <w:p w14:paraId="5D78841D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8C69C6"/>
                <w:sz w:val="17"/>
              </w:rPr>
              <w:t>________________________________</w:t>
            </w:r>
          </w:p>
        </w:tc>
        <w:tc>
          <w:tcPr>
            <w:tcW w:w="3600" w:type="dxa"/>
            <w:tcBorders>
              <w:top w:val="single" w:sz="8" w:space="0" w:color="F4B323"/>
              <w:left w:val="single" w:sz="8" w:space="0" w:color="FFFFFF"/>
              <w:bottom w:val="single" w:sz="8" w:space="0" w:color="F4B323"/>
              <w:right w:val="single" w:sz="8" w:space="0" w:color="FFFFFF"/>
            </w:tcBorders>
            <w:shd w:val="clear" w:color="auto" w:fill="EFE2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13BCD" w14:textId="77777777" w:rsidR="00292129" w:rsidRDefault="00A72131">
            <w:pPr>
              <w:spacing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STRONG</w:t>
            </w:r>
          </w:p>
          <w:p w14:paraId="5A101D8F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374ADAF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4DBF9577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49D5DE9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2CC9BB20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521C73C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2893234A" w14:textId="77777777" w:rsidR="00292129" w:rsidRDefault="00A72131">
            <w:pPr>
              <w:spacing w:before="60"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GROWTH</w:t>
            </w:r>
          </w:p>
          <w:p w14:paraId="2FBDA0F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18D58185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51D697F8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3090D7F7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3FB9F486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  <w:p w14:paraId="5BE691B1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F4B323"/>
                <w:sz w:val="17"/>
              </w:rPr>
              <w:t>________________________________</w:t>
            </w:r>
          </w:p>
        </w:tc>
        <w:tc>
          <w:tcPr>
            <w:tcW w:w="3600" w:type="dxa"/>
            <w:tcBorders>
              <w:top w:val="single" w:sz="8" w:space="0" w:color="5A9DDB"/>
              <w:left w:val="single" w:sz="8" w:space="0" w:color="FFFFFF"/>
              <w:bottom w:val="single" w:sz="8" w:space="0" w:color="5A9DDB"/>
              <w:right w:val="single" w:sz="8" w:space="0" w:color="FFFFFF"/>
            </w:tcBorders>
            <w:shd w:val="clear" w:color="auto" w:fill="E5F4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02B69" w14:textId="77777777" w:rsidR="00292129" w:rsidRDefault="00A72131">
            <w:pPr>
              <w:spacing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STRONG</w:t>
            </w:r>
          </w:p>
          <w:p w14:paraId="653E3B80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1F7D8DF8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2EBC2F39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046C662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4D982589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60E4CF29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44EC424B" w14:textId="77777777" w:rsidR="00292129" w:rsidRDefault="00A72131">
            <w:pPr>
              <w:spacing w:before="60" w:after="40"/>
              <w:jc w:val="center"/>
            </w:pPr>
            <w:r>
              <w:rPr>
                <w:rFonts w:ascii="Aptos" w:hAnsi="Aptos"/>
                <w:b/>
                <w:color w:val="123F70"/>
                <w:sz w:val="20"/>
              </w:rPr>
              <w:t>GROWTH</w:t>
            </w:r>
          </w:p>
          <w:p w14:paraId="36B80E63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4E0CCF52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5C7A5115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5B8579BB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2A9BD260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  <w:p w14:paraId="36E285BE" w14:textId="77777777" w:rsidR="00292129" w:rsidRDefault="00A72131" w:rsidP="00A26C96">
            <w:pPr>
              <w:spacing w:after="0" w:line="192" w:lineRule="auto"/>
              <w:jc w:val="center"/>
            </w:pPr>
            <w:r>
              <w:rPr>
                <w:rFonts w:ascii="Aptos" w:hAnsi="Aptos"/>
                <w:color w:val="5A9DDB"/>
                <w:sz w:val="17"/>
              </w:rPr>
              <w:t>________________________________</w:t>
            </w:r>
          </w:p>
        </w:tc>
      </w:tr>
    </w:tbl>
    <w:p w14:paraId="271B0CFB" w14:textId="77777777" w:rsidR="00292129" w:rsidRDefault="00A72131">
      <w:pPr>
        <w:spacing w:before="80" w:after="40"/>
      </w:pPr>
      <w:r>
        <w:rPr>
          <w:rFonts w:ascii="Aptos" w:hAnsi="Aptos"/>
          <w:b/>
          <w:color w:val="123F70"/>
          <w:sz w:val="20"/>
        </w:rPr>
        <w:t>Additional Notes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88"/>
      </w:tblGrid>
      <w:tr w:rsidR="00292129" w14:paraId="6231AAA3" w14:textId="77777777">
        <w:trPr>
          <w:cantSplit/>
          <w:jc w:val="center"/>
        </w:trPr>
        <w:tc>
          <w:tcPr>
            <w:tcW w:w="14688" w:type="dxa"/>
            <w:tcBorders>
              <w:top w:val="single" w:sz="6" w:space="0" w:color="C8E0F0"/>
              <w:left w:val="single" w:sz="6" w:space="0" w:color="C8E0F0"/>
              <w:bottom w:val="single" w:sz="6" w:space="0" w:color="C8E0F0"/>
              <w:right w:val="single" w:sz="6" w:space="0" w:color="C8E0F0"/>
            </w:tcBorders>
            <w:shd w:val="clear" w:color="auto" w:fill="F4F8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DC28A" w14:textId="77777777" w:rsidR="00292129" w:rsidRDefault="00A72131">
            <w:pPr>
              <w:spacing w:after="0"/>
            </w:pPr>
            <w:r>
              <w:rPr>
                <w:rFonts w:ascii="Aptos" w:hAnsi="Aptos"/>
                <w:color w:val="4E789B"/>
                <w:sz w:val="17"/>
              </w:rPr>
              <w:t>______________________________________________________________________________________________________________</w:t>
            </w:r>
          </w:p>
          <w:p w14:paraId="17ACFB4E" w14:textId="77777777" w:rsidR="00292129" w:rsidRDefault="00A72131">
            <w:pPr>
              <w:spacing w:after="0"/>
            </w:pPr>
            <w:r>
              <w:rPr>
                <w:rFonts w:ascii="Aptos" w:hAnsi="Aptos"/>
                <w:color w:val="4E789B"/>
                <w:sz w:val="17"/>
              </w:rPr>
              <w:t>______________________________________________________________________________________________________________</w:t>
            </w:r>
          </w:p>
        </w:tc>
      </w:tr>
    </w:tbl>
    <w:p w14:paraId="266C1E1C" w14:textId="77777777" w:rsidR="00292129" w:rsidRDefault="00A72131">
      <w:pPr>
        <w:spacing w:before="60" w:after="0"/>
        <w:jc w:val="center"/>
      </w:pPr>
      <w:r>
        <w:rPr>
          <w:rFonts w:ascii="Aptos" w:hAnsi="Aptos"/>
          <w:b/>
          <w:color w:val="123F70"/>
          <w:sz w:val="18"/>
        </w:rPr>
        <w:t>Support  •  Differentiate  •  Build Confidence</w:t>
      </w:r>
    </w:p>
    <w:sectPr w:rsidR="00292129" w:rsidSect="00034616">
      <w:pgSz w:w="15840" w:h="12240" w:orient="landscape"/>
      <w:pgMar w:top="504" w:right="576" w:bottom="504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3132779">
    <w:abstractNumId w:val="8"/>
  </w:num>
  <w:num w:numId="2" w16cid:durableId="423035401">
    <w:abstractNumId w:val="6"/>
  </w:num>
  <w:num w:numId="3" w16cid:durableId="1449003331">
    <w:abstractNumId w:val="5"/>
  </w:num>
  <w:num w:numId="4" w16cid:durableId="1619674670">
    <w:abstractNumId w:val="4"/>
  </w:num>
  <w:num w:numId="5" w16cid:durableId="1406105502">
    <w:abstractNumId w:val="7"/>
  </w:num>
  <w:num w:numId="6" w16cid:durableId="380638885">
    <w:abstractNumId w:val="3"/>
  </w:num>
  <w:num w:numId="7" w16cid:durableId="388498582">
    <w:abstractNumId w:val="2"/>
  </w:num>
  <w:num w:numId="8" w16cid:durableId="1789740065">
    <w:abstractNumId w:val="1"/>
  </w:num>
  <w:num w:numId="9" w16cid:durableId="15898483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6528"/>
    <w:rsid w:val="0028148E"/>
    <w:rsid w:val="00292129"/>
    <w:rsid w:val="0029639D"/>
    <w:rsid w:val="00326F90"/>
    <w:rsid w:val="00732413"/>
    <w:rsid w:val="00992606"/>
    <w:rsid w:val="00A26C96"/>
    <w:rsid w:val="00A72131"/>
    <w:rsid w:val="00AA1D8D"/>
    <w:rsid w:val="00B47730"/>
    <w:rsid w:val="00B62524"/>
    <w:rsid w:val="00CB0664"/>
    <w:rsid w:val="00DD610C"/>
    <w:rsid w:val="00FC693F"/>
    <w:rsid w:val="0961EF24"/>
    <w:rsid w:val="26CEE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3A780B6-F682-4A6D-902D-87EBCC27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2AF8C7832C44ABFA7ADCE04553ED" ma:contentTypeVersion="21" ma:contentTypeDescription="Create a new document." ma:contentTypeScope="" ma:versionID="1dcd26d002f600b14c6c2fb89198241a">
  <xsd:schema xmlns:xsd="http://www.w3.org/2001/XMLSchema" xmlns:xs="http://www.w3.org/2001/XMLSchema" xmlns:p="http://schemas.microsoft.com/office/2006/metadata/properties" xmlns:ns2="ee23c9a1-2222-40db-acc1-c90ccb2a53b5" xmlns:ns3="44e6f1eb-613a-40b0-8c9d-18e460ddc82e" targetNamespace="http://schemas.microsoft.com/office/2006/metadata/properties" ma:root="true" ma:fieldsID="248a170ebf260139bb2c0b5d27d52196" ns2:_="" ns3:_="">
    <xsd:import namespace="ee23c9a1-2222-40db-acc1-c90ccb2a53b5"/>
    <xsd:import namespace="44e6f1eb-613a-40b0-8c9d-18e460ddc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heMamawiProject_x002d_Medium_x0028_resource_x0029_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3c9a1-2222-40db-acc1-c90ccb2a5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10ca4e-948d-43d6-b3df-4ad49606d5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eMamawiProject_x002d_Medium_x0028_resource_x0029_" ma:index="24" nillable="true" ma:displayName="The Mamawi Project - Medium (resource)" ma:description="https://themamawiproject.medium.com/" ma:format="Hyperlink" ma:internalName="TheMamawiProject_x002d_Medium_x0028_resource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Sign_x002d_off_x0020_statu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6f1eb-613a-40b0-8c9d-18e460ddc8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1dcd6f-7a25-478c-8826-9e6371708570}" ma:internalName="TaxCatchAll" ma:showField="CatchAllData" ma:web="44e6f1eb-613a-40b0-8c9d-18e460ddc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23c9a1-2222-40db-acc1-c90ccb2a53b5">
      <Terms xmlns="http://schemas.microsoft.com/office/infopath/2007/PartnerControls"/>
    </lcf76f155ced4ddcb4097134ff3c332f>
    <TaxCatchAll xmlns="44e6f1eb-613a-40b0-8c9d-18e460ddc82e" xsi:nil="true"/>
    <_Flow_SignoffStatus xmlns="ee23c9a1-2222-40db-acc1-c90ccb2a53b5" xsi:nil="true"/>
    <TheMamawiProject_x002d_Medium_x0028_resource_x0029_ xmlns="ee23c9a1-2222-40db-acc1-c90ccb2a53b5">
      <Url xsi:nil="true"/>
      <Description xsi:nil="true"/>
    </TheMamawiProject_x002d_Medium_x0028_resource_x0029_>
  </documentManagement>
</p:properties>
</file>

<file path=customXml/itemProps1.xml><?xml version="1.0" encoding="utf-8"?>
<ds:datastoreItem xmlns:ds="http://schemas.openxmlformats.org/officeDocument/2006/customXml" ds:itemID="{F9BA1719-56B8-45FD-948E-785C9C5047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24A30-DE66-490A-BC5B-78206A0CB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3c9a1-2222-40db-acc1-c90ccb2a53b5"/>
    <ds:schemaRef ds:uri="44e6f1eb-613a-40b0-8c9d-18e460ddc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789D37-6C75-4155-87F5-8A40F6FD2933}">
  <ds:schemaRefs>
    <ds:schemaRef ds:uri="http://schemas.microsoft.com/office/2006/metadata/properties"/>
    <ds:schemaRef ds:uri="http://schemas.microsoft.com/office/infopath/2007/PartnerControls"/>
    <ds:schemaRef ds:uri="ee23c9a1-2222-40db-acc1-c90ccb2a53b5"/>
    <ds:schemaRef ds:uri="44e6f1eb-613a-40b0-8c9d-18e460ddc8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2044</Characters>
  <Application>Microsoft Office Word</Application>
  <DocSecurity>0</DocSecurity>
  <Lines>70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Leanne Adegbonmire</cp:lastModifiedBy>
  <cp:revision>2</cp:revision>
  <dcterms:created xsi:type="dcterms:W3CDTF">2026-09-23T18:08:00Z</dcterms:created>
  <dcterms:modified xsi:type="dcterms:W3CDTF">2026-09-23T18:08:00Z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0x010100A1C32AF8C7832C44ABFA7ADCE04553ED</vt:lpwstr>
  </property>
  <property fmtid="{D5CDD505-2E9C-101B-9397-08002B2CF9AE}" pid="3" name="MediaServiceImageTags">
    <vt:lpwstr/>
  </property>
</Properties>
</file>