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EA9D07" w14:textId="76BA7AAA" w:rsidR="00920CAB" w:rsidRDefault="00920CAB">
      <w:pPr>
        <w:spacing w:after="0"/>
        <w:jc w:val="center"/>
        <w:rPr>
          <w:rFonts w:ascii="Aptos" w:hAnsi="Aptos"/>
          <w:b/>
          <w:color w:val="123F70"/>
          <w:sz w:val="46"/>
        </w:rPr>
      </w:pPr>
      <w:r>
        <w:rPr>
          <w:rFonts w:ascii="Aptos" w:hAnsi="Aptos"/>
          <w:noProof/>
          <w:color w:val="123F70"/>
          <w:sz w:val="13"/>
        </w:rPr>
        <w:drawing>
          <wp:anchor distT="0" distB="0" distL="114300" distR="114300" simplePos="0" relativeHeight="251658240" behindDoc="0" locked="0" layoutInCell="1" allowOverlap="1" wp14:anchorId="7B8A4016" wp14:editId="648D5527">
            <wp:simplePos x="0" y="0"/>
            <wp:positionH relativeFrom="column">
              <wp:posOffset>145415</wp:posOffset>
            </wp:positionH>
            <wp:positionV relativeFrom="paragraph">
              <wp:posOffset>90170</wp:posOffset>
            </wp:positionV>
            <wp:extent cx="1281430" cy="704850"/>
            <wp:effectExtent l="0" t="0" r="1270" b="6350"/>
            <wp:wrapNone/>
            <wp:docPr id="159716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16851" name="Picture 1597168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5FF35" w14:textId="425CA1DD" w:rsidR="002F4520" w:rsidRDefault="004541BF">
      <w:pPr>
        <w:spacing w:after="0"/>
        <w:jc w:val="center"/>
      </w:pPr>
      <w:r>
        <w:rPr>
          <w:rFonts w:ascii="Aptos" w:hAnsi="Aptos"/>
          <w:b/>
          <w:color w:val="123F70"/>
          <w:sz w:val="46"/>
        </w:rPr>
        <w:t>Language Abilities Map</w:t>
      </w:r>
    </w:p>
    <w:p w14:paraId="0B1C47A9" w14:textId="77777777" w:rsidR="002F4520" w:rsidRDefault="004541BF">
      <w:pPr>
        <w:spacing w:after="80"/>
        <w:jc w:val="center"/>
      </w:pPr>
      <w:r>
        <w:rPr>
          <w:rFonts w:ascii="Aptos" w:hAnsi="Aptos"/>
          <w:color w:val="4E789B"/>
          <w:sz w:val="18"/>
        </w:rPr>
        <w:t>Track learners’ strengths, areas for growth, languages spoken, and learning goals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76"/>
        <w:gridCol w:w="3491"/>
      </w:tblGrid>
      <w:tr w:rsidR="002F4520" w14:paraId="05996A0E" w14:textId="77777777" w:rsidTr="00014B11">
        <w:trPr>
          <w:cantSplit/>
          <w:jc w:val="center"/>
        </w:trPr>
        <w:tc>
          <w:tcPr>
            <w:tcW w:w="10276" w:type="dxa"/>
            <w:tcBorders>
              <w:top w:val="single" w:sz="6" w:space="0" w:color="C8E0F0"/>
              <w:left w:val="single" w:sz="6" w:space="0" w:color="C8E0F0"/>
              <w:bottom w:val="single" w:sz="6" w:space="0" w:color="C8E0F0"/>
              <w:right w:val="single" w:sz="6" w:space="0" w:color="C8E0F0"/>
            </w:tcBorders>
            <w:shd w:val="clear" w:color="auto" w:fill="EAF4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6F5C2BC" w14:textId="704E970F" w:rsidR="002F4520" w:rsidRDefault="00014B11">
            <w:pPr>
              <w:spacing w:after="0"/>
            </w:pPr>
            <w:r>
              <w:rPr>
                <w:rFonts w:ascii="Aptos" w:hAnsi="Aptos"/>
                <w:b/>
                <w:color w:val="123F70"/>
                <w:sz w:val="17"/>
              </w:rPr>
              <w:t>Class</w:t>
            </w:r>
            <w:r w:rsidR="004541BF">
              <w:rPr>
                <w:rFonts w:ascii="Aptos" w:hAnsi="Aptos"/>
                <w:b/>
                <w:color w:val="123F70"/>
                <w:sz w:val="17"/>
              </w:rPr>
              <w:t>: ________________________________________________</w:t>
            </w:r>
          </w:p>
        </w:tc>
        <w:tc>
          <w:tcPr>
            <w:tcW w:w="3491" w:type="dxa"/>
            <w:tcBorders>
              <w:top w:val="single" w:sz="6" w:space="0" w:color="C8E0F0"/>
              <w:left w:val="single" w:sz="6" w:space="0" w:color="C8E0F0"/>
              <w:bottom w:val="single" w:sz="6" w:space="0" w:color="C8E0F0"/>
              <w:right w:val="single" w:sz="6" w:space="0" w:color="C8E0F0"/>
            </w:tcBorders>
            <w:shd w:val="clear" w:color="auto" w:fill="EAF4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3C83CF" w14:textId="77777777" w:rsidR="002F4520" w:rsidRDefault="004541BF">
            <w:pPr>
              <w:spacing w:after="0"/>
            </w:pPr>
            <w:r>
              <w:rPr>
                <w:rFonts w:ascii="Aptos" w:hAnsi="Aptos"/>
                <w:b/>
                <w:color w:val="123F70"/>
                <w:sz w:val="17"/>
              </w:rPr>
              <w:t>Date: ____________________</w:t>
            </w:r>
          </w:p>
        </w:tc>
      </w:tr>
    </w:tbl>
    <w:p w14:paraId="698643FF" w14:textId="77777777" w:rsidR="002F4520" w:rsidRDefault="002F4520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27"/>
        <w:gridCol w:w="827"/>
        <w:gridCol w:w="827"/>
        <w:gridCol w:w="827"/>
        <w:gridCol w:w="827"/>
        <w:gridCol w:w="827"/>
        <w:gridCol w:w="827"/>
        <w:gridCol w:w="827"/>
        <w:gridCol w:w="2376"/>
        <w:gridCol w:w="2592"/>
      </w:tblGrid>
      <w:tr w:rsidR="002F4520" w14:paraId="312217EE" w14:textId="77777777" w:rsidTr="00894C32">
        <w:trPr>
          <w:cantSplit/>
          <w:jc w:val="center"/>
        </w:trPr>
        <w:tc>
          <w:tcPr>
            <w:tcW w:w="2088" w:type="dxa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1D4D5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EB6E38" w14:textId="77777777" w:rsidR="002F4520" w:rsidRPr="00894C32" w:rsidRDefault="004541BF">
            <w:pPr>
              <w:jc w:val="center"/>
              <w:rPr>
                <w:sz w:val="24"/>
                <w:szCs w:val="24"/>
              </w:rPr>
            </w:pPr>
            <w:r w:rsidRPr="00894C32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Student</w:t>
            </w:r>
            <w:r w:rsidRPr="00894C32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br/>
              <w:t>Name</w:t>
            </w:r>
          </w:p>
        </w:tc>
        <w:tc>
          <w:tcPr>
            <w:tcW w:w="827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66AA7B"/>
            <w:tcMar>
              <w:top w:w="65" w:type="dxa"/>
              <w:left w:w="30" w:type="dxa"/>
              <w:bottom w:w="65" w:type="dxa"/>
              <w:right w:w="30" w:type="dxa"/>
            </w:tcMar>
          </w:tcPr>
          <w:p w14:paraId="08F0395B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Reading</w:t>
            </w:r>
          </w:p>
        </w:tc>
        <w:tc>
          <w:tcPr>
            <w:tcW w:w="827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7374"/>
            <w:tcMar>
              <w:top w:w="65" w:type="dxa"/>
              <w:left w:w="30" w:type="dxa"/>
              <w:bottom w:w="65" w:type="dxa"/>
              <w:right w:w="30" w:type="dxa"/>
            </w:tcMar>
          </w:tcPr>
          <w:p w14:paraId="02D517D4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Writing</w:t>
            </w:r>
          </w:p>
        </w:tc>
        <w:tc>
          <w:tcPr>
            <w:tcW w:w="827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A6949"/>
            <w:tcMar>
              <w:top w:w="65" w:type="dxa"/>
              <w:left w:w="30" w:type="dxa"/>
              <w:bottom w:w="65" w:type="dxa"/>
              <w:right w:w="30" w:type="dxa"/>
            </w:tcMar>
          </w:tcPr>
          <w:p w14:paraId="43FFC33B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Listening</w:t>
            </w:r>
          </w:p>
        </w:tc>
        <w:tc>
          <w:tcPr>
            <w:tcW w:w="827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1D4D5"/>
            <w:tcMar>
              <w:top w:w="65" w:type="dxa"/>
              <w:left w:w="30" w:type="dxa"/>
              <w:bottom w:w="65" w:type="dxa"/>
              <w:right w:w="30" w:type="dxa"/>
            </w:tcMar>
          </w:tcPr>
          <w:p w14:paraId="45F19683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Speaking</w:t>
            </w:r>
          </w:p>
        </w:tc>
        <w:tc>
          <w:tcPr>
            <w:tcW w:w="2376" w:type="dxa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66AA7B"/>
            <w:tcMar>
              <w:top w:w="50" w:type="dxa"/>
              <w:left w:w="35" w:type="dxa"/>
              <w:bottom w:w="50" w:type="dxa"/>
              <w:right w:w="35" w:type="dxa"/>
            </w:tcMar>
          </w:tcPr>
          <w:p w14:paraId="6027F588" w14:textId="77777777" w:rsidR="002F4520" w:rsidRPr="00894C32" w:rsidRDefault="004541BF">
            <w:pPr>
              <w:jc w:val="center"/>
              <w:rPr>
                <w:sz w:val="24"/>
                <w:szCs w:val="24"/>
              </w:rPr>
            </w:pPr>
            <w:r w:rsidRPr="00894C32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Languages</w:t>
            </w:r>
            <w:r w:rsidRPr="00894C32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br/>
              <w:t>Spoken</w:t>
            </w:r>
          </w:p>
        </w:tc>
        <w:tc>
          <w:tcPr>
            <w:tcW w:w="2592" w:type="dxa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91D4D5"/>
            <w:tcMar>
              <w:top w:w="50" w:type="dxa"/>
              <w:left w:w="35" w:type="dxa"/>
              <w:bottom w:w="50" w:type="dxa"/>
              <w:right w:w="35" w:type="dxa"/>
            </w:tcMar>
          </w:tcPr>
          <w:p w14:paraId="7803495B" w14:textId="77777777" w:rsidR="002F4520" w:rsidRPr="00894C32" w:rsidRDefault="004541BF">
            <w:pPr>
              <w:jc w:val="center"/>
              <w:rPr>
                <w:sz w:val="24"/>
                <w:szCs w:val="24"/>
              </w:rPr>
            </w:pPr>
            <w:r w:rsidRPr="00894C32">
              <w:rPr>
                <w:rFonts w:ascii="Aptos" w:hAnsi="Aptos"/>
                <w:b/>
                <w:color w:val="FFFFFF" w:themeColor="background1"/>
                <w:sz w:val="24"/>
                <w:szCs w:val="24"/>
              </w:rPr>
              <w:t>Goals</w:t>
            </w:r>
          </w:p>
        </w:tc>
      </w:tr>
      <w:tr w:rsidR="002F4520" w14:paraId="5462A50C" w14:textId="77777777" w:rsidTr="00894C32">
        <w:trPr>
          <w:cantSplit/>
          <w:jc w:val="center"/>
        </w:trPr>
        <w:tc>
          <w:tcPr>
            <w:tcW w:w="1375" w:type="dxa"/>
            <w:vMerge/>
            <w:shd w:val="clear" w:color="auto" w:fill="91D4D5"/>
          </w:tcPr>
          <w:p w14:paraId="03FCC049" w14:textId="77777777" w:rsidR="002F4520" w:rsidRDefault="002F4520"/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12695430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Strong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6DCF7A98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Growth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4B9F0C29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Strong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2FA24CF3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Growth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006EC7C5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Strong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34F27A9A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Growth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55563BF7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Strong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0" w:type="dxa"/>
              <w:bottom w:w="35" w:type="dxa"/>
              <w:right w:w="20" w:type="dxa"/>
            </w:tcMar>
          </w:tcPr>
          <w:p w14:paraId="684745C9" w14:textId="77777777" w:rsidR="002F4520" w:rsidRDefault="004541BF">
            <w:pPr>
              <w:jc w:val="center"/>
            </w:pPr>
            <w:r>
              <w:rPr>
                <w:rFonts w:ascii="Aptos" w:hAnsi="Aptos"/>
                <w:b/>
                <w:color w:val="123F70"/>
                <w:sz w:val="13"/>
              </w:rPr>
              <w:t>Growth</w:t>
            </w:r>
          </w:p>
        </w:tc>
        <w:tc>
          <w:tcPr>
            <w:tcW w:w="1375" w:type="dxa"/>
            <w:vMerge/>
            <w:shd w:val="clear" w:color="auto" w:fill="66AA7B"/>
          </w:tcPr>
          <w:p w14:paraId="114D2A75" w14:textId="77777777" w:rsidR="002F4520" w:rsidRDefault="002F4520"/>
        </w:tc>
        <w:tc>
          <w:tcPr>
            <w:tcW w:w="1375" w:type="dxa"/>
            <w:vMerge/>
            <w:shd w:val="clear" w:color="auto" w:fill="91D4D5"/>
          </w:tcPr>
          <w:p w14:paraId="58627656" w14:textId="77777777" w:rsidR="002F4520" w:rsidRDefault="002F4520"/>
        </w:tc>
      </w:tr>
      <w:tr w:rsidR="002F4520" w14:paraId="63BA61D6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7629519" w14:textId="511BCD36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BFED4D2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A3755FB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7EA41EC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0EFB601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72611D7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A8737E7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07867BE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630C129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076F1345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4B42FB95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56785621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0483F5D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6EB3867C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83B299F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0B8BA9E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9DBEAA2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4C51B46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8B41EC7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10D83AB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E812CFC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2CA78EBF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331C0F01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3B0007E7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618D15BD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C87E71F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4BA8CF2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3BDDCFC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5D36473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9C14C65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79C9682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D46CE92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06F8C9D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527200C8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7A94D6C4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31BF978D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B3BF593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648B4EA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E51246F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9EFB5B5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C1A8C23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17EFB13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6F72D201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2EF62DB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4B03403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06C849BC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4CC16153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2BB476DC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E25D35E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C2A7A24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49C8B5F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49BA29D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1BA387A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015792F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2D6EA40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9E55B91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EF673A3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0FBF1A43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315F2FAB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25718A1E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45409131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90ED247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8A5C097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9DA2FAD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2640359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1E13EC8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9324325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684696AA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70EE8BF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1203E44C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3A59E34B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60A5D8D0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0FCC5A86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DB96DF2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DBB9749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60A7921A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79CCD55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57E0034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DDAD248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EC21D0D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7E1502C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69CD504B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048E42D0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1C197187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557B86B1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EEB1A0D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C535831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446AFFD4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7E5526A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39783A7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6A25AA9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D7CD9B1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9B81C0B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77188312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026948C5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1FF0B958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17251839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51EF477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F951DB9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66A2074A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0FE8DDA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7094DA94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9925FAC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1F6CFF5C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338D36E7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4B800486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093A62E6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  <w:tr w:rsidR="002F4520" w14:paraId="36112AF6" w14:textId="77777777" w:rsidTr="00894C32">
        <w:trPr>
          <w:cantSplit/>
          <w:jc w:val="center"/>
        </w:trPr>
        <w:tc>
          <w:tcPr>
            <w:tcW w:w="208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40" w:type="dxa"/>
              <w:left w:w="35" w:type="dxa"/>
              <w:bottom w:w="40" w:type="dxa"/>
              <w:right w:w="35" w:type="dxa"/>
            </w:tcMar>
          </w:tcPr>
          <w:p w14:paraId="710329C0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________________________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165A137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 w:themeFill="accent3" w:themeFillTint="33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2E67533" w14:textId="77777777" w:rsidR="002F4520" w:rsidRPr="00472C77" w:rsidRDefault="004541BF">
            <w:pPr>
              <w:jc w:val="center"/>
              <w:rPr>
                <w:color w:val="66AA7B"/>
              </w:rPr>
            </w:pPr>
            <w:r w:rsidRPr="00472C77">
              <w:rPr>
                <w:rFonts w:ascii="Aptos" w:hAnsi="Aptos"/>
                <w:color w:val="66AA7B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6E2B0489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BDEDC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359E1E7" w14:textId="77777777" w:rsidR="002F4520" w:rsidRPr="00472C77" w:rsidRDefault="004541BF">
            <w:pPr>
              <w:jc w:val="center"/>
              <w:rPr>
                <w:color w:val="F17374"/>
              </w:rPr>
            </w:pPr>
            <w:r w:rsidRPr="00472C77">
              <w:rPr>
                <w:rFonts w:ascii="Aptos" w:hAnsi="Aptos"/>
                <w:color w:val="F17374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2A3BFE36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D3C8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5A94264C" w14:textId="77777777" w:rsidR="002F4520" w:rsidRPr="00472C77" w:rsidRDefault="004541BF">
            <w:pPr>
              <w:jc w:val="center"/>
              <w:rPr>
                <w:color w:val="AA6949"/>
              </w:rPr>
            </w:pPr>
            <w:r w:rsidRPr="00472C77">
              <w:rPr>
                <w:rFonts w:ascii="Aptos" w:hAnsi="Aptos"/>
                <w:color w:val="AA6949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008E12CC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82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10" w:type="dxa"/>
              <w:bottom w:w="35" w:type="dxa"/>
              <w:right w:w="10" w:type="dxa"/>
            </w:tcMar>
          </w:tcPr>
          <w:p w14:paraId="6573BFC6" w14:textId="77777777" w:rsidR="002F4520" w:rsidRPr="00472C77" w:rsidRDefault="004541BF">
            <w:pPr>
              <w:jc w:val="center"/>
              <w:rPr>
                <w:color w:val="91D4D5"/>
              </w:rPr>
            </w:pPr>
            <w:r w:rsidRPr="00472C77">
              <w:rPr>
                <w:rFonts w:ascii="Aptos" w:hAnsi="Aptos"/>
                <w:color w:val="91D4D5"/>
              </w:rPr>
              <w:t>○</w:t>
            </w:r>
          </w:p>
        </w:tc>
        <w:tc>
          <w:tcPr>
            <w:tcW w:w="23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1DD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2490FA74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</w:t>
            </w:r>
          </w:p>
        </w:tc>
        <w:tc>
          <w:tcPr>
            <w:tcW w:w="25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DF7F7"/>
            <w:tcMar>
              <w:top w:w="35" w:type="dxa"/>
              <w:left w:w="25" w:type="dxa"/>
              <w:bottom w:w="35" w:type="dxa"/>
              <w:right w:w="25" w:type="dxa"/>
            </w:tcMar>
          </w:tcPr>
          <w:p w14:paraId="68E50C2E" w14:textId="77777777" w:rsidR="002F4520" w:rsidRDefault="004541BF">
            <w:r>
              <w:rPr>
                <w:rFonts w:ascii="Aptos" w:hAnsi="Aptos"/>
                <w:color w:val="123F70"/>
                <w:sz w:val="13"/>
              </w:rPr>
              <w:t>____________________</w:t>
            </w:r>
          </w:p>
        </w:tc>
      </w:tr>
    </w:tbl>
    <w:p w14:paraId="4BA9E892" w14:textId="77777777" w:rsidR="002F4520" w:rsidRDefault="004541BF">
      <w:pPr>
        <w:spacing w:before="80" w:after="20"/>
      </w:pPr>
      <w:r>
        <w:rPr>
          <w:rFonts w:ascii="Aptos" w:hAnsi="Aptos"/>
          <w:b/>
          <w:color w:val="123F70"/>
          <w:sz w:val="16"/>
        </w:rPr>
        <w:t xml:space="preserve">Optional skill-level key: </w:t>
      </w:r>
      <w:r>
        <w:rPr>
          <w:rFonts w:ascii="Aptos" w:hAnsi="Aptos"/>
          <w:color w:val="4E789B"/>
          <w:sz w:val="16"/>
        </w:rPr>
        <w:t>1 Beginning   ○   2 Developing   ○   3 Intermediate   ○   4 Advanced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104"/>
      </w:tblGrid>
      <w:tr w:rsidR="002F4520" w14:paraId="11C084C3" w14:textId="77777777">
        <w:trPr>
          <w:cantSplit/>
          <w:jc w:val="center"/>
        </w:trPr>
        <w:tc>
          <w:tcPr>
            <w:tcW w:w="15120" w:type="dxa"/>
            <w:tcBorders>
              <w:top w:val="single" w:sz="6" w:space="0" w:color="C8E0F0"/>
              <w:left w:val="single" w:sz="6" w:space="0" w:color="C8E0F0"/>
              <w:bottom w:val="single" w:sz="6" w:space="0" w:color="C8E0F0"/>
              <w:right w:val="single" w:sz="6" w:space="0" w:color="C8E0F0"/>
            </w:tcBorders>
            <w:shd w:val="clear" w:color="auto" w:fill="F4F8FC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04C14A3" w14:textId="77777777" w:rsidR="002F4520" w:rsidRDefault="004541BF">
            <w:pPr>
              <w:spacing w:after="0"/>
            </w:pPr>
            <w:r>
              <w:rPr>
                <w:rFonts w:ascii="Aptos" w:hAnsi="Aptos"/>
                <w:b/>
                <w:color w:val="123F70"/>
                <w:sz w:val="15"/>
              </w:rPr>
              <w:t xml:space="preserve">Additional Notes: </w:t>
            </w:r>
            <w:r>
              <w:rPr>
                <w:rFonts w:ascii="Aptos" w:hAnsi="Aptos"/>
                <w:color w:val="4E789B"/>
                <w:sz w:val="14"/>
              </w:rPr>
              <w:t>__________________________________________________________________________________________________________</w:t>
            </w:r>
          </w:p>
        </w:tc>
      </w:tr>
    </w:tbl>
    <w:p w14:paraId="21B1F4A0" w14:textId="77777777" w:rsidR="002F4520" w:rsidRDefault="004541BF">
      <w:pPr>
        <w:spacing w:before="40" w:after="0"/>
        <w:jc w:val="center"/>
      </w:pPr>
      <w:r>
        <w:rPr>
          <w:rFonts w:ascii="Aptos" w:hAnsi="Aptos"/>
          <w:b/>
          <w:color w:val="123F70"/>
          <w:sz w:val="17"/>
        </w:rPr>
        <w:t>Support  •  Differentiate  •  Build Confidence</w:t>
      </w:r>
    </w:p>
    <w:sectPr w:rsidR="002F4520" w:rsidSect="00034616">
      <w:pgSz w:w="15840" w:h="12240" w:orient="landscape"/>
      <w:pgMar w:top="403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723623">
    <w:abstractNumId w:val="8"/>
  </w:num>
  <w:num w:numId="2" w16cid:durableId="334261051">
    <w:abstractNumId w:val="6"/>
  </w:num>
  <w:num w:numId="3" w16cid:durableId="769354530">
    <w:abstractNumId w:val="5"/>
  </w:num>
  <w:num w:numId="4" w16cid:durableId="1924994480">
    <w:abstractNumId w:val="4"/>
  </w:num>
  <w:num w:numId="5" w16cid:durableId="367071743">
    <w:abstractNumId w:val="7"/>
  </w:num>
  <w:num w:numId="6" w16cid:durableId="1218471427">
    <w:abstractNumId w:val="3"/>
  </w:num>
  <w:num w:numId="7" w16cid:durableId="1064062283">
    <w:abstractNumId w:val="2"/>
  </w:num>
  <w:num w:numId="8" w16cid:durableId="1090346849">
    <w:abstractNumId w:val="1"/>
  </w:num>
  <w:num w:numId="9" w16cid:durableId="16848932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B11"/>
    <w:rsid w:val="00034616"/>
    <w:rsid w:val="0006063C"/>
    <w:rsid w:val="0015074B"/>
    <w:rsid w:val="002624E2"/>
    <w:rsid w:val="0029639D"/>
    <w:rsid w:val="002F4520"/>
    <w:rsid w:val="00326F90"/>
    <w:rsid w:val="003E15B0"/>
    <w:rsid w:val="004541BF"/>
    <w:rsid w:val="00472C77"/>
    <w:rsid w:val="00570D85"/>
    <w:rsid w:val="005E2213"/>
    <w:rsid w:val="006A67D8"/>
    <w:rsid w:val="00732413"/>
    <w:rsid w:val="007768B7"/>
    <w:rsid w:val="00894C32"/>
    <w:rsid w:val="00920CAB"/>
    <w:rsid w:val="0098152D"/>
    <w:rsid w:val="00AA1D8D"/>
    <w:rsid w:val="00B47730"/>
    <w:rsid w:val="00B6252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3A780B6-F682-4A6D-902D-87EBCC27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23c9a1-2222-40db-acc1-c90ccb2a53b5">
      <Terms xmlns="http://schemas.microsoft.com/office/infopath/2007/PartnerControls"/>
    </lcf76f155ced4ddcb4097134ff3c332f>
    <TaxCatchAll xmlns="44e6f1eb-613a-40b0-8c9d-18e460ddc82e" xsi:nil="true"/>
    <_Flow_SignoffStatus xmlns="ee23c9a1-2222-40db-acc1-c90ccb2a53b5" xsi:nil="true"/>
    <TheMamawiProject_x002d_Medium_x0028_resource_x0029_ xmlns="ee23c9a1-2222-40db-acc1-c90ccb2a53b5">
      <Url xsi:nil="true"/>
      <Description xsi:nil="true"/>
    </TheMamawiProject_x002d_Medium_x0028_resource_x0029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2AF8C7832C44ABFA7ADCE04553ED" ma:contentTypeVersion="21" ma:contentTypeDescription="Create a new document." ma:contentTypeScope="" ma:versionID="1dcd26d002f600b14c6c2fb89198241a">
  <xsd:schema xmlns:xsd="http://www.w3.org/2001/XMLSchema" xmlns:xs="http://www.w3.org/2001/XMLSchema" xmlns:p="http://schemas.microsoft.com/office/2006/metadata/properties" xmlns:ns2="ee23c9a1-2222-40db-acc1-c90ccb2a53b5" xmlns:ns3="44e6f1eb-613a-40b0-8c9d-18e460ddc82e" targetNamespace="http://schemas.microsoft.com/office/2006/metadata/properties" ma:root="true" ma:fieldsID="248a170ebf260139bb2c0b5d27d52196" ns2:_="" ns3:_="">
    <xsd:import namespace="ee23c9a1-2222-40db-acc1-c90ccb2a53b5"/>
    <xsd:import namespace="44e6f1eb-613a-40b0-8c9d-18e460ddc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heMamawiProject_x002d_Medium_x0028_resource_x0029_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3c9a1-2222-40db-acc1-c90ccb2a5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10ca4e-948d-43d6-b3df-4ad49606d5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eMamawiProject_x002d_Medium_x0028_resource_x0029_" ma:index="24" nillable="true" ma:displayName="The Mamawi Project - Medium (resource)" ma:description="https://themamawiproject.medium.com/" ma:format="Hyperlink" ma:internalName="TheMamawiProject_x002d_Medium_x0028_resource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Sign_x002d_off_x0020_statu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6f1eb-613a-40b0-8c9d-18e460ddc8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1dcd6f-7a25-478c-8826-9e6371708570}" ma:internalName="TaxCatchAll" ma:showField="CatchAllData" ma:web="44e6f1eb-613a-40b0-8c9d-18e460ddc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10931F-CEBB-45D4-89A5-1370C1D1B749}">
  <ds:schemaRefs>
    <ds:schemaRef ds:uri="http://schemas.microsoft.com/office/2006/metadata/properties"/>
    <ds:schemaRef ds:uri="http://schemas.microsoft.com/office/infopath/2007/PartnerControls"/>
    <ds:schemaRef ds:uri="ee23c9a1-2222-40db-acc1-c90ccb2a53b5"/>
    <ds:schemaRef ds:uri="44e6f1eb-613a-40b0-8c9d-18e460ddc82e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4F4830-3004-451F-B7A6-D4C1A8F9E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23c9a1-2222-40db-acc1-c90ccb2a53b5"/>
    <ds:schemaRef ds:uri="44e6f1eb-613a-40b0-8c9d-18e460ddc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EDC9F9-55D4-4D93-94D9-5A0E65890D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1242</Characters>
  <Application>Microsoft Office Word</Application>
  <DocSecurity>0</DocSecurity>
  <Lines>155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Leanne Adegbonmire</cp:lastModifiedBy>
  <cp:revision>2</cp:revision>
  <dcterms:created xsi:type="dcterms:W3CDTF">2026-09-23T18:10:00Z</dcterms:created>
  <dcterms:modified xsi:type="dcterms:W3CDTF">2026-09-23T18:10:00Z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0x010100A1C32AF8C7832C44ABFA7ADCE04553ED</vt:lpwstr>
  </property>
  <property fmtid="{D5CDD505-2E9C-101B-9397-08002B2CF9AE}" pid="3" name="MediaServiceImageTags">
    <vt:lpwstr/>
  </property>
</Properties>
</file>